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Arial" w:cs="Arial" w:eastAsia="Arial" w:hAnsi="Arial"/>
          <w:b w:val="1"/>
          <w:bCs w:val="1"/>
          <w:color w:val="141414"/>
          <w:sz w:val="40"/>
          <w:szCs w:val="40"/>
        </w:rPr>
      </w:pPr>
      <w:r w:rsidDel="00000000" w:rsidR="00000000" w:rsidRPr="00000000">
        <w:rPr>
          <w:rFonts w:ascii="Arial" w:cs="Arial" w:eastAsia="Arial" w:hAnsi="Arial"/>
          <w:b w:val="1"/>
          <w:bCs w:val="1"/>
          <w:color w:val="141414"/>
          <w:sz w:val="40"/>
          <w:szCs w:val="40"/>
          <w:rtl w:val="0"/>
        </w:rPr>
        <w:t xml:space="preserve">UZAIR ASLAM</w:t>
      </w:r>
    </w:p>
    <w:p w:rsidR="00000000" w:rsidDel="00000000" w:rsidP="00000000" w:rsidRDefault="00000000" w:rsidRPr="00000000" w14:paraId="00000002">
      <w:pPr>
        <w:spacing w:after="0" w:lineRule="auto"/>
        <w:jc w:val="center"/>
        <w:rPr>
          <w:b w:val="1"/>
          <w:bCs w:val="1"/>
          <w:color w:val="141414"/>
          <w:sz w:val="40"/>
          <w:szCs w:val="40"/>
        </w:rPr>
      </w:pPr>
      <w:r w:rsidDel="00000000" w:rsidR="00000000" w:rsidRPr="00000000">
        <w:rPr>
          <w:rtl w:val="0"/>
        </w:rPr>
      </w:r>
    </w:p>
    <w:p w:rsidR="00000000" w:rsidDel="00000000" w:rsidP="00000000" w:rsidRDefault="00000000" w:rsidRPr="00000000" w14:paraId="00000003">
      <w:pPr>
        <w:spacing w:after="40" w:lineRule="auto"/>
        <w:jc w:val="center"/>
        <w:rPr/>
      </w:pPr>
      <w:r w:rsidDel="00000000" w:rsidR="00000000" w:rsidRPr="00000000">
        <w:rPr>
          <w:rFonts w:ascii="Arial" w:cs="Arial" w:eastAsia="Arial" w:hAnsi="Arial"/>
          <w:b w:val="1"/>
          <w:bCs w:val="1"/>
          <w:sz w:val="21"/>
          <w:szCs w:val="21"/>
          <w:rtl w:val="0"/>
        </w:rPr>
        <w:t xml:space="preserve">Senior Software Engineer | Elixir / Phoenix | AI Product Systems &amp; Integrations</w:t>
      </w:r>
      <w:r w:rsidDel="00000000" w:rsidR="00000000" w:rsidRPr="00000000">
        <w:rPr>
          <w:rtl w:val="0"/>
        </w:rPr>
      </w:r>
    </w:p>
    <w:p w:rsidR="00000000" w:rsidDel="00000000" w:rsidP="00000000" w:rsidRDefault="00000000" w:rsidRPr="00000000" w14:paraId="00000004">
      <w:pPr>
        <w:pBdr>
          <w:bottom w:color="7f7f7f" w:space="1" w:sz="8" w:val="single"/>
        </w:pBdr>
        <w:spacing w:after="80" w:lineRule="auto"/>
        <w:jc w:val="center"/>
        <w:rPr/>
      </w:pPr>
      <w:r w:rsidDel="00000000" w:rsidR="00000000" w:rsidRPr="00000000">
        <w:rPr>
          <w:rtl w:val="0"/>
        </w:rPr>
        <w:t xml:space="preserve">+92 316 474 6749  |  uzairaslam196@gmail.com  |  Lahore, Pakistan  |  </w:t>
      </w:r>
      <w:hyperlink r:id="rId7">
        <w:r w:rsidDel="00000000" w:rsidR="00000000" w:rsidRPr="00000000">
          <w:rPr>
            <w:rFonts w:ascii="Arial" w:cs="Arial" w:eastAsia="Arial" w:hAnsi="Arial"/>
            <w:color w:val="0563c1"/>
            <w:sz w:val="19"/>
            <w:szCs w:val="19"/>
            <w:u w:val="none"/>
            <w:rtl w:val="0"/>
          </w:rPr>
          <w:t xml:space="preserve">LinkedIn</w:t>
        </w:r>
      </w:hyperlink>
      <w:r w:rsidDel="00000000" w:rsidR="00000000" w:rsidRPr="00000000">
        <w:rPr>
          <w:rtl w:val="0"/>
        </w:rPr>
        <w:t xml:space="preserve">  | </w:t>
      </w:r>
      <w:hyperlink r:id="rId8">
        <w:r w:rsidDel="00000000" w:rsidR="00000000" w:rsidRPr="00000000">
          <w:rPr>
            <w:rFonts w:ascii="Arial" w:cs="Arial" w:eastAsia="Arial" w:hAnsi="Arial"/>
            <w:color w:val="0563c1"/>
            <w:sz w:val="19"/>
            <w:szCs w:val="19"/>
            <w:u w:val="none"/>
            <w:rtl w:val="0"/>
          </w:rPr>
          <w:t xml:space="preserve">GitHub</w:t>
        </w:r>
      </w:hyperlink>
      <w:r w:rsidDel="00000000" w:rsidR="00000000" w:rsidRPr="00000000">
        <w:rPr>
          <w:rtl w:val="0"/>
        </w:rPr>
        <w:t xml:space="preserve">  |  </w:t>
      </w:r>
      <w:hyperlink r:id="rId9">
        <w:r w:rsidDel="00000000" w:rsidR="00000000" w:rsidRPr="00000000">
          <w:rPr>
            <w:rFonts w:ascii="Arial" w:cs="Arial" w:eastAsia="Arial" w:hAnsi="Arial"/>
            <w:color w:val="0563c1"/>
            <w:sz w:val="19"/>
            <w:szCs w:val="19"/>
            <w:u w:val="none"/>
            <w:rtl w:val="0"/>
          </w:rPr>
          <w:t xml:space="preserve">X</w:t>
        </w:r>
      </w:hyperlink>
      <w:r w:rsidDel="00000000" w:rsidR="00000000" w:rsidRPr="00000000">
        <w:rPr>
          <w:rtl w:val="0"/>
        </w:rPr>
      </w:r>
    </w:p>
    <w:p w:rsidR="00000000" w:rsidDel="00000000" w:rsidP="00000000" w:rsidRDefault="00000000" w:rsidRPr="00000000" w14:paraId="00000005">
      <w:pPr>
        <w:pBdr>
          <w:bottom w:color="7f7f7f" w:space="1" w:sz="8" w:val="single"/>
        </w:pBdr>
        <w:spacing w:after="80" w:lineRule="auto"/>
        <w:jc w:val="center"/>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b w:val="1"/>
          <w:bCs w:val="1"/>
          <w:sz w:val="21"/>
          <w:szCs w:val="21"/>
        </w:rPr>
      </w:pPr>
      <w:r w:rsidDel="00000000" w:rsidR="00000000" w:rsidRPr="00000000">
        <w:rPr>
          <w:rtl w:val="0"/>
        </w:rPr>
      </w:r>
    </w:p>
    <w:p w:rsidR="00000000" w:rsidDel="00000000" w:rsidP="00000000" w:rsidRDefault="00000000" w:rsidRPr="00000000" w14:paraId="00000007">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IMPACT SUMMARY</w:t>
      </w:r>
    </w:p>
    <w:p w:rsidR="00000000" w:rsidDel="00000000" w:rsidP="00000000" w:rsidRDefault="00000000" w:rsidRPr="00000000" w14:paraId="00000008">
      <w:pPr>
        <w:spacing w:after="60" w:lineRule="auto"/>
        <w:rPr/>
      </w:pPr>
      <w:r w:rsidDel="00000000" w:rsidR="00000000" w:rsidRPr="00000000">
        <w:rPr>
          <w:rtl w:val="0"/>
        </w:rPr>
        <w:t xml:space="preserve">Senior product-oriented software engineer specializing in Elixir/Phoenix, JS, real-time systems, integration-heavy SaaS and AI-enabled workflows. Built and operated CRM and communications integrations, authentication flows, storage-heavy, event-driven/background processing and storage-heavy products. I have been living my dream by working with amazing teams. I enjoy owning features end-to-end, collaborating with internal and external teams and driving in fast paced teams and very much comfortable in remote first or hybrid work place. I like to contribute as a core team player, who gets a chance to deal with multiple areas of the company including product, understanding business problems being solved and targeted markets along with engineering. </w:t>
      </w:r>
    </w:p>
    <w:p w:rsidR="00000000" w:rsidDel="00000000" w:rsidP="00000000" w:rsidRDefault="00000000" w:rsidRPr="00000000" w14:paraId="00000009">
      <w:pPr>
        <w:spacing w:after="60" w:lineRule="auto"/>
        <w:rPr>
          <w:b w:val="1"/>
          <w:bCs w:val="1"/>
        </w:rPr>
      </w:pPr>
      <w:r w:rsidDel="00000000" w:rsidR="00000000" w:rsidRPr="00000000">
        <w:rPr>
          <w:rtl w:val="0"/>
        </w:rPr>
      </w:r>
    </w:p>
    <w:p w:rsidR="00000000" w:rsidDel="00000000" w:rsidP="00000000" w:rsidRDefault="00000000" w:rsidRPr="00000000" w14:paraId="0000000A">
      <w:pPr>
        <w:spacing w:after="60" w:lineRule="auto"/>
        <w:rPr/>
      </w:pPr>
      <w:r w:rsidDel="00000000" w:rsidR="00000000" w:rsidRPr="00000000">
        <w:rPr>
          <w:b w:val="1"/>
          <w:bCs w:val="1"/>
          <w:rtl w:val="0"/>
        </w:rPr>
        <w:t xml:space="preserve">I have been</w:t>
      </w:r>
      <w:r w:rsidDel="00000000" w:rsidR="00000000" w:rsidRPr="00000000">
        <w:rPr>
          <w:rtl w:val="0"/>
        </w:rPr>
        <w:t xml:space="preserve"> using claude and codex since 2024, and most of the time try to make an environment in which agents can operate more well and build complete apps. But when working with production, I use it carefully and how fast I can ship code using it depends on the overall team and product. I have been in a team where we had to ship code really fast because shipping is more directly proportional to customer growth. And sometimes if dealing with a fintech company, then coding agents are used for research, planning and automating all the work but code part is critical there. I built small apps but now more focusing on making an environment where AI agents can help me speed up discovery and validating the specific idea.</w:t>
      </w:r>
    </w:p>
    <w:p w:rsidR="00000000" w:rsidDel="00000000" w:rsidP="00000000" w:rsidRDefault="00000000" w:rsidRPr="00000000" w14:paraId="0000000B">
      <w:pPr>
        <w:spacing w:after="60" w:lineRule="auto"/>
        <w:rPr/>
      </w:pPr>
      <w:r w:rsidDel="00000000" w:rsidR="00000000" w:rsidRPr="00000000">
        <w:rPr>
          <w:rtl w:val="0"/>
        </w:rPr>
      </w:r>
    </w:p>
    <w:p w:rsidR="00000000" w:rsidDel="00000000" w:rsidP="00000000" w:rsidRDefault="00000000" w:rsidRPr="00000000" w14:paraId="0000000C">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TECHNICAL ECOSYSTEM</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Core: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Elixir, Phoenix, Ecto, LiveView, JavaScript</w:t>
      </w:r>
      <w:r w:rsidDel="00000000" w:rsidR="00000000" w:rsidRPr="00000000">
        <w:rPr>
          <w:sz w:val="17"/>
          <w:szCs w:val="17"/>
          <w:rtl w:val="0"/>
        </w:rPr>
        <w:t xml:space="preserve">,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HTML/CSS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BEAM &amp; realtime: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OTP, GenServer, Tasks, Agents, ETS, PubSub, Channels, WebSockets, Broadway</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Data &amp; storage: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PostgreSQL, Redis, ConCache, Amnesia, AWS S3, Google Cloud Storage, Backblaze, Wsabi</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APIs &amp; identity: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REST, GraphQL/Absinthe, OAuth 2.0, OIDC, SAML, JWT; CRM, ERP and communications-platform integrations </w:t>
      </w:r>
      <w:r w:rsidDel="00000000" w:rsidR="00000000" w:rsidRPr="00000000">
        <w:rPr>
          <w:sz w:val="17"/>
          <w:szCs w:val="17"/>
          <w:rtl w:val="0"/>
        </w:rPr>
        <w:t xml:space="preserve">including MS dynamics, hubspot, advyzon, smartoffice, advisor engine, salesforce, microsoft teams, dialpad etc.</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Async &amp; cloud: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Oban, GCP Pub/Sub, Docker, GitHub Actions</w:t>
      </w:r>
      <w:r w:rsidDel="00000000" w:rsidR="00000000" w:rsidRPr="00000000">
        <w:rPr>
          <w:sz w:val="17"/>
          <w:szCs w:val="17"/>
          <w:rtl w:val="0"/>
        </w:rPr>
        <w:t xml:space="preserve">.</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Familiarity with AWS ECS/ECR, Lambda, Render, FLy</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sz w:val="17"/>
          <w:szCs w:val="17"/>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Engineering: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TDD, DDD, Pipeline driven system</w:t>
      </w:r>
      <w:r w:rsidDel="00000000" w:rsidR="00000000" w:rsidRPr="00000000">
        <w:rPr>
          <w:sz w:val="17"/>
          <w:szCs w:val="17"/>
          <w:rtl w:val="0"/>
        </w:rPr>
        <w:t xml:space="preserve">,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PR review, CI/CD, production debugging, Credo, Dialyzer, test coverage, workflow automation, AI agents, </w:t>
      </w:r>
      <w:r w:rsidDel="00000000" w:rsidR="00000000" w:rsidRPr="00000000">
        <w:rPr>
          <w:sz w:val="17"/>
          <w:szCs w:val="17"/>
          <w:rtl w:val="0"/>
        </w:rPr>
        <w:t xml:space="preserve">Logs &amp; Telemetry, CI/CD.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sz w:val="17"/>
          <w:szCs w:val="17"/>
        </w:rPr>
      </w:pPr>
      <w:r w:rsidDel="00000000" w:rsidR="00000000" w:rsidRPr="00000000">
        <w:rPr>
          <w:b w:val="1"/>
          <w:bCs w:val="1"/>
          <w:sz w:val="17"/>
          <w:szCs w:val="17"/>
          <w:rtl w:val="0"/>
        </w:rPr>
        <w:t xml:space="preserve">Learning more about</w:t>
      </w:r>
      <w:r w:rsidDel="00000000" w:rsidR="00000000" w:rsidRPr="00000000">
        <w:rPr>
          <w:sz w:val="17"/>
          <w:szCs w:val="17"/>
          <w:rtl w:val="0"/>
        </w:rPr>
        <w:t xml:space="preserve">: React, Python, Devops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15">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EXPERIENCE</w:t>
      </w:r>
    </w:p>
    <w:p w:rsidR="00000000" w:rsidDel="00000000" w:rsidP="00000000" w:rsidRDefault="00000000" w:rsidRPr="00000000" w14:paraId="00000016">
      <w:pPr>
        <w:keepNext w:val="1"/>
        <w:keepLines w:val="0"/>
        <w:pageBreakBefore w:val="0"/>
        <w:widowControl w:val="1"/>
        <w:pBdr>
          <w:top w:space="0" w:sz="0" w:val="nil"/>
          <w:left w:space="0" w:sz="0" w:val="nil"/>
          <w:bottom w:space="0" w:sz="0" w:val="nil"/>
          <w:right w:space="0" w:sz="0" w:val="nil"/>
          <w:between w:space="0" w:sz="0" w:val="nil"/>
        </w:pBdr>
        <w:shd w:fill="auto" w:val="clear"/>
        <w:spacing w:after="24" w:before="80" w:line="240" w:lineRule="auto"/>
        <w:ind w:left="0" w:right="0" w:firstLine="0"/>
        <w:jc w:val="left"/>
        <w:rPr>
          <w:sz w:val="20"/>
          <w:szCs w:val="20"/>
        </w:rPr>
      </w:pPr>
      <w:r w:rsidDel="00000000" w:rsidR="00000000" w:rsidRPr="00000000">
        <w:rPr>
          <w:b w:val="1"/>
          <w:bCs w:val="1"/>
          <w:sz w:val="20"/>
          <w:szCs w:val="20"/>
          <w:rtl w:val="0"/>
        </w:rPr>
        <w:t xml:space="preserve">10Pearls, Lahore | Senior Software Engineer (Elixir / Phoenix / JS) </w:t>
      </w:r>
      <w:r w:rsidDel="00000000" w:rsidR="00000000" w:rsidRPr="00000000">
        <w:rPr>
          <w:sz w:val="20"/>
          <w:szCs w:val="20"/>
          <w:rtl w:val="0"/>
        </w:rPr>
        <w:t xml:space="preserve">|</w:t>
      </w:r>
      <w:r w:rsidDel="00000000" w:rsidR="00000000" w:rsidRPr="00000000">
        <w:rPr>
          <w:b w:val="1"/>
          <w:bCs w:val="1"/>
          <w:sz w:val="20"/>
          <w:szCs w:val="20"/>
          <w:rtl w:val="0"/>
        </w:rPr>
        <w:t xml:space="preserve"> </w:t>
      </w:r>
      <w:r w:rsidDel="00000000" w:rsidR="00000000" w:rsidRPr="00000000">
        <w:rPr>
          <w:sz w:val="20"/>
          <w:szCs w:val="20"/>
          <w:rtl w:val="0"/>
        </w:rPr>
        <w:t xml:space="preserve">Fulltime</w:t>
      </w:r>
      <w:r w:rsidDel="00000000" w:rsidR="00000000" w:rsidRPr="00000000">
        <w:rPr>
          <w:b w:val="1"/>
          <w:bCs w:val="1"/>
          <w:sz w:val="20"/>
          <w:szCs w:val="20"/>
          <w:rtl w:val="0"/>
        </w:rPr>
        <w:t xml:space="preserve"> </w:t>
      </w:r>
      <w:r w:rsidDel="00000000" w:rsidR="00000000" w:rsidRPr="00000000">
        <w:rPr>
          <w:sz w:val="20"/>
          <w:szCs w:val="20"/>
          <w:rtl w:val="0"/>
        </w:rPr>
        <w:t xml:space="preserve">| Sep 2026 - Present</w:t>
      </w:r>
    </w:p>
    <w:p w:rsidR="00000000" w:rsidDel="00000000" w:rsidP="00000000" w:rsidRDefault="00000000" w:rsidRPr="00000000" w14:paraId="00000017">
      <w:pPr>
        <w:keepLines w:val="1"/>
        <w:spacing w:after="28" w:line="240" w:lineRule="auto"/>
        <w:ind w:left="230" w:hanging="144"/>
        <w:rPr>
          <w:sz w:val="18"/>
          <w:szCs w:val="18"/>
        </w:rPr>
      </w:pPr>
      <w:r w:rsidDel="00000000" w:rsidR="00000000" w:rsidRPr="00000000">
        <w:rPr>
          <w:sz w:val="18"/>
          <w:szCs w:val="18"/>
          <w:rtl w:val="0"/>
        </w:rPr>
        <w:t xml:space="preserve">• Pretty new to the company and currently working with US-based clients through 10Pearls, mainly in fintech, banking, and spend and expense management. At the moment, I’m solving small bugs to better understand the codebase and the product.</w:t>
      </w:r>
    </w:p>
    <w:p w:rsidR="00000000" w:rsidDel="00000000" w:rsidP="00000000" w:rsidRDefault="00000000" w:rsidRPr="00000000" w14:paraId="00000018">
      <w:pPr>
        <w:keepLines w:val="1"/>
        <w:spacing w:after="28" w:line="240" w:lineRule="auto"/>
        <w:ind w:left="230" w:hanging="144"/>
        <w:rPr>
          <w:sz w:val="18"/>
          <w:szCs w:val="18"/>
        </w:rPr>
      </w:pPr>
      <w:r w:rsidDel="00000000" w:rsidR="00000000" w:rsidRPr="00000000">
        <w:rPr>
          <w:rtl w:val="0"/>
        </w:rPr>
      </w:r>
    </w:p>
    <w:p w:rsidR="00000000" w:rsidDel="00000000" w:rsidP="00000000" w:rsidRDefault="00000000" w:rsidRPr="00000000" w14:paraId="00000019">
      <w:pPr>
        <w:keepNext w:val="1"/>
        <w:keepLines w:val="0"/>
        <w:pageBreakBefore w:val="0"/>
        <w:widowControl w:val="1"/>
        <w:pBdr>
          <w:top w:space="0" w:sz="0" w:val="nil"/>
          <w:left w:space="0" w:sz="0" w:val="nil"/>
          <w:bottom w:space="0" w:sz="0" w:val="nil"/>
          <w:right w:space="0" w:sz="0" w:val="nil"/>
          <w:between w:space="0" w:sz="0" w:val="nil"/>
        </w:pBdr>
        <w:shd w:fill="auto" w:val="clear"/>
        <w:spacing w:after="24"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Aplicar, Canada | Senior Software Consultant (Elixir / Phoenix / JS)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 Seasonal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Jun 2024 - Present</w:t>
      </w:r>
    </w:p>
    <w:p w:rsidR="00000000" w:rsidDel="00000000" w:rsidP="00000000" w:rsidRDefault="00000000" w:rsidRPr="00000000" w14:paraId="0000001A">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Build AI-first product features for a global B2B/B2C EdTech marketplace focused on international student recruitment and admissions.</w:t>
      </w:r>
    </w:p>
    <w:p w:rsidR="00000000" w:rsidDel="00000000" w:rsidP="00000000" w:rsidRDefault="00000000" w:rsidRPr="00000000" w14:paraId="0000001B">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Research and develop an AI-first student-consultant workflow spanning university discovery based on goals and finances, document gathering, and application assistance.</w:t>
      </w:r>
    </w:p>
    <w:p w:rsidR="00000000" w:rsidDel="00000000" w:rsidP="00000000" w:rsidRDefault="00000000" w:rsidRPr="00000000" w14:paraId="0000001C">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Maintain production features, resolve user issues, and unblock customers across the existing platform.</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Stack: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Elixir, Phoenix, JavaScript, AI workflows, SaaS product development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1F">
      <w:pPr>
        <w:keepNext w:val="1"/>
        <w:keepLines w:val="0"/>
        <w:pageBreakBefore w:val="0"/>
        <w:widowControl w:val="1"/>
        <w:pBdr>
          <w:top w:space="0" w:sz="0" w:val="nil"/>
          <w:left w:space="0" w:sz="0" w:val="nil"/>
          <w:bottom w:space="0" w:sz="0" w:val="nil"/>
          <w:right w:space="0" w:sz="0" w:val="nil"/>
          <w:between w:space="0" w:sz="0" w:val="nil"/>
        </w:pBdr>
        <w:shd w:fill="auto" w:val="clear"/>
        <w:spacing w:after="24"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Jump AI, USA | Software Engineer (Elixir / Phoenix / JS)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w:t>
      </w:r>
      <w:r w:rsidDel="00000000" w:rsidR="00000000" w:rsidRPr="00000000">
        <w:rPr>
          <w:sz w:val="20"/>
          <w:szCs w:val="20"/>
          <w:rtl w:val="0"/>
        </w:rPr>
        <w:t xml:space="preserve">Fulltime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Jun 2024 - Dec 2025</w:t>
      </w:r>
    </w:p>
    <w:p w:rsidR="00000000" w:rsidDel="00000000" w:rsidP="00000000" w:rsidRDefault="00000000" w:rsidRPr="00000000" w14:paraId="00000020">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Built and owned 6+ CRM integrations, including HubSpot, Microsoft Dynamics, AdvisorEngine, SmartOffice, and Advyzon, syncing notes, tasks, contacts, standard objects, and custom objects.</w:t>
      </w:r>
    </w:p>
    <w:p w:rsidR="00000000" w:rsidDel="00000000" w:rsidP="00000000" w:rsidRDefault="00000000" w:rsidRPr="00000000" w14:paraId="00000021">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Integrated meeting and communications platforms including Microsoft Teams, Dialpad, Twilio, and Zoom for an AI meeting-intelligence product used by financial advisors.</w:t>
      </w:r>
    </w:p>
    <w:p w:rsidR="00000000" w:rsidDel="00000000" w:rsidP="00000000" w:rsidRDefault="00000000" w:rsidRPr="00000000" w14:paraId="00000022">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Delivered end-to-end product features including inheritable account-level settings and meeting sentiment views, while maintaining production integrations and expanding test coverage.</w:t>
      </w:r>
    </w:p>
    <w:p w:rsidR="00000000" w:rsidDel="00000000" w:rsidP="00000000" w:rsidRDefault="00000000" w:rsidRPr="00000000" w14:paraId="00000023">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Implemented and debugged OAuth 2.0, OIDC, SAML, and JWT-based authentication flows; worked directly with external technical teams to deliver partner integrations.</w:t>
      </w:r>
    </w:p>
    <w:p w:rsidR="00000000" w:rsidDel="00000000" w:rsidP="00000000" w:rsidRDefault="00000000" w:rsidRPr="00000000" w14:paraId="00000024">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Supported technical work around an early-stage LPL Financial partnership and operated in a fast-moving, high-growth engineering environment.</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Stack: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Elixir, Phoenix, JavaScript, PostgreSQL, CRM APIs, OAuth 2.0, OIDC, SAML, JWT, CRM and Meetin</w:t>
      </w:r>
      <w:r w:rsidDel="00000000" w:rsidR="00000000" w:rsidRPr="00000000">
        <w:rPr>
          <w:sz w:val="17"/>
          <w:szCs w:val="17"/>
          <w:rtl w:val="0"/>
        </w:rPr>
        <w:t xml:space="preserve">g providers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integrations, LLM</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27">
      <w:pPr>
        <w:keepNext w:val="1"/>
        <w:keepLines w:val="0"/>
        <w:pageBreakBefore w:val="0"/>
        <w:widowControl w:val="1"/>
        <w:pBdr>
          <w:top w:space="0" w:sz="0" w:val="nil"/>
          <w:left w:space="0" w:sz="0" w:val="nil"/>
          <w:bottom w:space="0" w:sz="0" w:val="nil"/>
          <w:right w:space="0" w:sz="0" w:val="nil"/>
          <w:between w:space="0" w:sz="0" w:val="nil"/>
        </w:pBdr>
        <w:shd w:fill="auto" w:val="clear"/>
        <w:spacing w:after="24"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Dycoders, </w:t>
      </w:r>
      <w:r w:rsidDel="00000000" w:rsidR="00000000" w:rsidRPr="00000000">
        <w:rPr>
          <w:b w:val="1"/>
          <w:bCs w:val="1"/>
          <w:sz w:val="20"/>
          <w:szCs w:val="20"/>
          <w:rtl w:val="0"/>
        </w:rPr>
        <w:t xml:space="preserve">Lahore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 Team Lead (Elixir / Phoenix / JS)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w:t>
      </w:r>
      <w:r w:rsidDel="00000000" w:rsidR="00000000" w:rsidRPr="00000000">
        <w:rPr>
          <w:sz w:val="20"/>
          <w:szCs w:val="20"/>
          <w:rtl w:val="0"/>
        </w:rPr>
        <w:t xml:space="preserve">Fulltime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Jun 2022 - May 2024</w:t>
      </w:r>
    </w:p>
    <w:p w:rsidR="00000000" w:rsidDel="00000000" w:rsidP="00000000" w:rsidRDefault="00000000" w:rsidRPr="00000000" w14:paraId="00000028">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Led delivery across two production web products, reviewing PRs, maintaining code quality, mentoring junior engineers, and shipping new features.</w:t>
      </w:r>
    </w:p>
    <w:p w:rsidR="00000000" w:rsidDel="00000000" w:rsidP="00000000" w:rsidRDefault="00000000" w:rsidRPr="00000000" w14:paraId="00000029">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Worked extensively with Phoenix LiveView and PubSub for real-time server/client and LiveView-to-LiveView communication.</w:t>
      </w:r>
    </w:p>
    <w:p w:rsidR="00000000" w:rsidDel="00000000" w:rsidP="00000000" w:rsidRDefault="00000000" w:rsidRPr="00000000" w14:paraId="0000002A">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On Picsello, improved resumable and background photo uploads for a platform handling millions of file uploads and high-volume galleries.</w:t>
      </w:r>
    </w:p>
    <w:p w:rsidR="00000000" w:rsidDel="00000000" w:rsidP="00000000" w:rsidRDefault="00000000" w:rsidRPr="00000000" w14:paraId="0000002B">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Worked with GCP Pub/Sub + Broadway event pipelines, Oban background jobs, GenServer processes, serverless watermark processing, SendGrid email delivery, Stripe, and cloud storage.</w:t>
      </w:r>
    </w:p>
    <w:p w:rsidR="00000000" w:rsidDel="00000000" w:rsidP="00000000" w:rsidRDefault="00000000" w:rsidRPr="00000000" w14:paraId="0000002C">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Identified critical security issues, strengthened data-protection practices, and maintained quality using Credo, Dialyzer, automated tests, GitHub Actions, and Render.</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Stack: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Elixir, Phoenix LiveView, PubSub, Broadway, GCP Pub/Sub, Oban, GenServer, PostgreSQL, cloud storage, Stripe, GitHub Actions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2F">
      <w:pPr>
        <w:keepNext w:val="1"/>
        <w:spacing w:after="24" w:before="80" w:line="240" w:lineRule="auto"/>
        <w:rPr>
          <w:sz w:val="20"/>
          <w:szCs w:val="20"/>
        </w:rPr>
      </w:pPr>
      <w:r w:rsidDel="00000000" w:rsidR="00000000" w:rsidRPr="00000000">
        <w:rPr>
          <w:b w:val="1"/>
          <w:bCs w:val="1"/>
          <w:sz w:val="20"/>
          <w:szCs w:val="20"/>
          <w:rtl w:val="0"/>
        </w:rPr>
        <w:t xml:space="preserve">Deel, Pakistan | Software Engineer (Elixir / Phoenix / JS)</w:t>
      </w:r>
      <w:r w:rsidDel="00000000" w:rsidR="00000000" w:rsidRPr="00000000">
        <w:rPr>
          <w:sz w:val="20"/>
          <w:szCs w:val="20"/>
          <w:rtl w:val="0"/>
        </w:rPr>
        <w:t xml:space="preserve"> | Fulltime | July 2021 - May 2023</w:t>
      </w:r>
    </w:p>
    <w:p w:rsidR="00000000" w:rsidDel="00000000" w:rsidP="00000000" w:rsidRDefault="00000000" w:rsidRPr="00000000" w14:paraId="00000030">
      <w:pPr>
        <w:keepLines w:val="1"/>
        <w:spacing w:after="28" w:line="240" w:lineRule="auto"/>
        <w:ind w:left="230" w:hanging="144"/>
        <w:rPr>
          <w:sz w:val="18"/>
          <w:szCs w:val="18"/>
        </w:rPr>
      </w:pPr>
      <w:r w:rsidDel="00000000" w:rsidR="00000000" w:rsidRPr="00000000">
        <w:rPr>
          <w:sz w:val="18"/>
          <w:szCs w:val="18"/>
          <w:rtl w:val="0"/>
        </w:rPr>
        <w:t xml:space="preserve">• Built web product as a solo engineer while covering all technical areas from implementing apis, data modeling, integrating google drive apis and built views to consume them.</w:t>
      </w:r>
    </w:p>
    <w:p w:rsidR="00000000" w:rsidDel="00000000" w:rsidP="00000000" w:rsidRDefault="00000000" w:rsidRPr="00000000" w14:paraId="00000031">
      <w:pPr>
        <w:spacing w:after="40" w:line="240" w:lineRule="auto"/>
        <w:rPr>
          <w:sz w:val="17"/>
          <w:szCs w:val="17"/>
        </w:rPr>
      </w:pPr>
      <w:r w:rsidDel="00000000" w:rsidR="00000000" w:rsidRPr="00000000">
        <w:rPr>
          <w:b w:val="1"/>
          <w:bCs w:val="1"/>
          <w:sz w:val="17"/>
          <w:szCs w:val="17"/>
          <w:rtl w:val="0"/>
        </w:rPr>
        <w:t xml:space="preserve">Stack: </w:t>
      </w:r>
      <w:r w:rsidDel="00000000" w:rsidR="00000000" w:rsidRPr="00000000">
        <w:rPr>
          <w:sz w:val="17"/>
          <w:szCs w:val="17"/>
          <w:rtl w:val="0"/>
        </w:rPr>
        <w:t xml:space="preserve">Elixir, Phoenix LiveView, GenServer, PostgreSQL, Cloud Storage, Google Drive</w:t>
      </w:r>
    </w:p>
    <w:p w:rsidR="00000000" w:rsidDel="00000000" w:rsidP="00000000" w:rsidRDefault="00000000" w:rsidRPr="00000000" w14:paraId="00000032">
      <w:pPr>
        <w:spacing w:after="40" w:line="240" w:lineRule="auto"/>
        <w:rPr>
          <w:sz w:val="17"/>
          <w:szCs w:val="17"/>
        </w:rPr>
      </w:pPr>
      <w:r w:rsidDel="00000000" w:rsidR="00000000" w:rsidRPr="00000000">
        <w:rPr>
          <w:rtl w:val="0"/>
        </w:rPr>
      </w:r>
    </w:p>
    <w:p w:rsidR="00000000" w:rsidDel="00000000" w:rsidP="00000000" w:rsidRDefault="00000000" w:rsidRPr="00000000" w14:paraId="00000033">
      <w:pPr>
        <w:keepNext w:val="1"/>
        <w:keepLines w:val="0"/>
        <w:pageBreakBefore w:val="0"/>
        <w:widowControl w:val="1"/>
        <w:pBdr>
          <w:top w:space="0" w:sz="0" w:val="nil"/>
          <w:left w:space="0" w:sz="0" w:val="nil"/>
          <w:bottom w:space="0" w:sz="0" w:val="nil"/>
          <w:right w:space="0" w:sz="0" w:val="nil"/>
          <w:between w:space="0" w:sz="0" w:val="nil"/>
        </w:pBdr>
        <w:shd w:fill="auto" w:val="clear"/>
        <w:spacing w:after="24"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InvoZone, Lahore | Elixir Engineer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w:t>
      </w:r>
      <w:r w:rsidDel="00000000" w:rsidR="00000000" w:rsidRPr="00000000">
        <w:rPr>
          <w:sz w:val="20"/>
          <w:szCs w:val="20"/>
          <w:rtl w:val="0"/>
        </w:rPr>
        <w:t xml:space="preserve">Fulltime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May 2021 - Jun 2022</w:t>
      </w:r>
    </w:p>
    <w:p w:rsidR="00000000" w:rsidDel="00000000" w:rsidP="00000000" w:rsidRDefault="00000000" w:rsidRPr="00000000" w14:paraId="00000034">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Built and refactored APIs and product features across multiple domains using LiveView, REST, and GraphQL/Absinthe, with emphasis on data modeling, concurrency, and third-party integrations.</w:t>
      </w:r>
    </w:p>
    <w:p w:rsidR="00000000" w:rsidDel="00000000" w:rsidP="00000000" w:rsidRDefault="00000000" w:rsidRPr="00000000" w14:paraId="00000035">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Worked deeply with OTP primitives and state/storage systems including Processes, GenServer, Tasks, Agents, ETS, Redis, ConCache, Amnesia, PostgreSQL, S3, and other cloud-storage options.</w:t>
      </w:r>
    </w:p>
    <w:p w:rsidR="00000000" w:rsidDel="00000000" w:rsidP="00000000" w:rsidRDefault="00000000" w:rsidRPr="00000000" w14:paraId="00000036">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Collaborated with DevOps on CI/CD and AWS deployments using CodeDeploy, ECS, and ECR; mentored teammates on engineering practices.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Stack: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Elixir, Phoenix, LiveView, OTP, PostgreSQL, Redis, ETS, ConCache, Amnesia, S3, GraphQL/Absinthe, AWS ECS/ECR/CodeDeploy</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39">
      <w:pPr>
        <w:keepNext w:val="1"/>
        <w:keepLines w:val="0"/>
        <w:pageBreakBefore w:val="0"/>
        <w:widowControl w:val="1"/>
        <w:pBdr>
          <w:top w:space="0" w:sz="0" w:val="nil"/>
          <w:left w:space="0" w:sz="0" w:val="nil"/>
          <w:bottom w:space="0" w:sz="0" w:val="nil"/>
          <w:right w:space="0" w:sz="0" w:val="nil"/>
          <w:between w:space="0" w:sz="0" w:val="nil"/>
        </w:pBdr>
        <w:shd w:fill="auto" w:val="clear"/>
        <w:spacing w:after="24"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Regbits, Lahore | Back-End Developer (Elixir)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w:t>
      </w:r>
      <w:r w:rsidDel="00000000" w:rsidR="00000000" w:rsidRPr="00000000">
        <w:rPr>
          <w:sz w:val="20"/>
          <w:szCs w:val="20"/>
          <w:rtl w:val="0"/>
        </w:rPr>
        <w:t xml:space="preserve">Fulltime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Jun 2018 - May 2021</w:t>
      </w:r>
    </w:p>
    <w:p w:rsidR="00000000" w:rsidDel="00000000" w:rsidP="00000000" w:rsidRDefault="00000000" w:rsidRPr="00000000" w14:paraId="0000003A">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Built two large education-domain products from initial development through production: a Stack Overflow-style learning platform and a campus-management system.</w:t>
      </w:r>
    </w:p>
    <w:p w:rsidR="00000000" w:rsidDel="00000000" w:rsidP="00000000" w:rsidRDefault="00000000" w:rsidRPr="00000000" w14:paraId="0000003B">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Joined as an intern and, after six months, led a team of 4 junior engineers while continuing hands-on backend development.</w:t>
      </w:r>
    </w:p>
    <w:p w:rsidR="00000000" w:rsidDel="00000000" w:rsidP="00000000" w:rsidRDefault="00000000" w:rsidRPr="00000000" w14:paraId="0000003C">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Designed REST APIs, PostgreSQL data models, validations, constraints, notification/reputation/scheduling modules, and multi-tenant architecture with distinct databases per entity.</w:t>
      </w:r>
    </w:p>
    <w:p w:rsidR="00000000" w:rsidDel="00000000" w:rsidP="00000000" w:rsidRDefault="00000000" w:rsidRPr="00000000" w14:paraId="0000003D">
      <w:pPr>
        <w:keepNext w:val="0"/>
        <w:keepLines w:val="1"/>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30" w:right="0" w:hanging="144"/>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Used TDD with unit and integration tests; collaborated closely with frontend engineers and continuously refactored production code.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Stack: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Elixir, Phoenix, JavaScript, REST, PostgreSQL, multi-tenancy, TDD, GitLab, Postman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40">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SELECTED SYSTEMS &amp; PRODUCTS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sz w:val="17"/>
          <w:szCs w:val="17"/>
        </w:rPr>
      </w:pPr>
      <w:r w:rsidDel="00000000" w:rsidR="00000000" w:rsidRPr="00000000">
        <w:rPr>
          <w:b w:val="1"/>
          <w:bCs w:val="1"/>
          <w:sz w:val="17"/>
          <w:szCs w:val="17"/>
          <w:rtl w:val="0"/>
        </w:rPr>
        <w:t xml:space="preserve">AskPakistan </w:t>
      </w:r>
      <w:r w:rsidDel="00000000" w:rsidR="00000000" w:rsidRPr="00000000">
        <w:rPr>
          <w:sz w:val="17"/>
          <w:szCs w:val="17"/>
          <w:rtl w:val="0"/>
        </w:rPr>
        <w:t xml:space="preserve">(</w:t>
      </w:r>
      <w:hyperlink r:id="rId10">
        <w:r w:rsidDel="00000000" w:rsidR="00000000" w:rsidRPr="00000000">
          <w:rPr>
            <w:color w:val="1155cc"/>
            <w:sz w:val="17"/>
            <w:szCs w:val="17"/>
            <w:u w:val="single"/>
            <w:rtl w:val="0"/>
          </w:rPr>
          <w:t xml:space="preserve">https://askpakistan.org</w:t>
        </w:r>
      </w:hyperlink>
      <w:r w:rsidDel="00000000" w:rsidR="00000000" w:rsidRPr="00000000">
        <w:rPr>
          <w:b w:val="1"/>
          <w:bCs w:val="1"/>
          <w:sz w:val="17"/>
          <w:szCs w:val="17"/>
          <w:rtl w:val="0"/>
        </w:rPr>
        <w:t xml:space="preserve">) </w:t>
      </w:r>
      <w:r w:rsidDel="00000000" w:rsidR="00000000" w:rsidRPr="00000000">
        <w:rPr>
          <w:sz w:val="17"/>
          <w:szCs w:val="17"/>
          <w:rtl w:val="0"/>
        </w:rPr>
        <w:t xml:space="preserve">- A small website for Pakistan, where AI agents answer from Gov official sources to help people. I vibe coded it in 30 mins. People are finding it interesting, so planning to work on it more.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i w:val="1"/>
          <w:iCs w:val="1"/>
          <w:sz w:val="17"/>
          <w:szCs w:val="17"/>
        </w:rPr>
      </w:pPr>
      <w:r w:rsidDel="00000000" w:rsidR="00000000" w:rsidRPr="00000000">
        <w:rPr>
          <w:b w:val="1"/>
          <w:bCs w:val="1"/>
          <w:sz w:val="17"/>
          <w:szCs w:val="17"/>
          <w:rtl w:val="0"/>
        </w:rPr>
        <w:t xml:space="preserve">JumpAI </w:t>
      </w:r>
      <w:r w:rsidDel="00000000" w:rsidR="00000000" w:rsidRPr="00000000">
        <w:rPr>
          <w:sz w:val="17"/>
          <w:szCs w:val="17"/>
          <w:rtl w:val="0"/>
        </w:rPr>
        <w:t xml:space="preserve">(</w:t>
      </w:r>
      <w:hyperlink r:id="rId11">
        <w:r w:rsidDel="00000000" w:rsidR="00000000" w:rsidRPr="00000000">
          <w:rPr>
            <w:color w:val="1155cc"/>
            <w:sz w:val="17"/>
            <w:szCs w:val="17"/>
            <w:u w:val="single"/>
            <w:rtl w:val="0"/>
          </w:rPr>
          <w:t xml:space="preserve">https://jump.ai</w:t>
        </w:r>
      </w:hyperlink>
      <w:r w:rsidDel="00000000" w:rsidR="00000000" w:rsidRPr="00000000">
        <w:rPr>
          <w:sz w:val="17"/>
          <w:szCs w:val="17"/>
          <w:rtl w:val="0"/>
        </w:rPr>
        <w:t xml:space="preserve">)</w:t>
      </w:r>
      <w:r w:rsidDel="00000000" w:rsidR="00000000" w:rsidRPr="00000000">
        <w:rPr>
          <w:b w:val="1"/>
          <w:bCs w:val="1"/>
          <w:sz w:val="17"/>
          <w:szCs w:val="17"/>
          <w:rtl w:val="0"/>
        </w:rPr>
        <w:t xml:space="preserve"> </w:t>
      </w:r>
      <w:r w:rsidDel="00000000" w:rsidR="00000000" w:rsidRPr="00000000">
        <w:rPr>
          <w:sz w:val="17"/>
          <w:szCs w:val="17"/>
          <w:rtl w:val="0"/>
        </w:rPr>
        <w:t xml:space="preserve">- A meeting intelligence platform for financial advisors. It automates financial advisors workflows, not limited to post meeting workflows, it has become an OS for financial advisors. </w:t>
      </w:r>
      <w:r w:rsidDel="00000000" w:rsidR="00000000" w:rsidRPr="00000000">
        <w:rPr>
          <w:i w:val="1"/>
          <w:iCs w:val="1"/>
          <w:sz w:val="17"/>
          <w:szCs w:val="17"/>
          <w:rtl w:val="0"/>
        </w:rPr>
        <w:t xml:space="preserve">[Elixir, Phoenix LiveView, GCS, GCP Pub/Sub, Broadway, Ecto, PostgreSQL, Oban, LLM, CRMs, Meeting Providers]</w:t>
      </w:r>
    </w:p>
    <w:p w:rsidR="00000000" w:rsidDel="00000000" w:rsidP="00000000" w:rsidRDefault="00000000" w:rsidRPr="00000000" w14:paraId="00000043">
      <w:pPr>
        <w:spacing w:after="26" w:line="240" w:lineRule="auto"/>
        <w:rPr>
          <w:i w:val="1"/>
          <w:iCs w:val="1"/>
          <w:sz w:val="17"/>
          <w:szCs w:val="17"/>
        </w:rPr>
      </w:pPr>
      <w:r w:rsidDel="00000000" w:rsidR="00000000" w:rsidRPr="00000000">
        <w:rPr>
          <w:b w:val="1"/>
          <w:bCs w:val="1"/>
          <w:sz w:val="17"/>
          <w:szCs w:val="17"/>
          <w:rtl w:val="0"/>
        </w:rPr>
        <w:t xml:space="preserve">ClariexAI </w:t>
      </w:r>
      <w:r w:rsidDel="00000000" w:rsidR="00000000" w:rsidRPr="00000000">
        <w:rPr>
          <w:sz w:val="17"/>
          <w:szCs w:val="17"/>
          <w:rtl w:val="0"/>
        </w:rPr>
        <w:t xml:space="preserve">(</w:t>
      </w:r>
      <w:hyperlink r:id="rId12">
        <w:r w:rsidDel="00000000" w:rsidR="00000000" w:rsidRPr="00000000">
          <w:rPr>
            <w:color w:val="1155cc"/>
            <w:sz w:val="17"/>
            <w:szCs w:val="17"/>
            <w:u w:val="single"/>
            <w:rtl w:val="0"/>
          </w:rPr>
          <w:t xml:space="preserve">https://clariex.ai</w:t>
        </w:r>
      </w:hyperlink>
      <w:r w:rsidDel="00000000" w:rsidR="00000000" w:rsidRPr="00000000">
        <w:rPr>
          <w:sz w:val="17"/>
          <w:szCs w:val="17"/>
          <w:rtl w:val="0"/>
        </w:rPr>
        <w:t xml:space="preserve">)</w:t>
      </w:r>
      <w:r w:rsidDel="00000000" w:rsidR="00000000" w:rsidRPr="00000000">
        <w:rPr>
          <w:b w:val="1"/>
          <w:bCs w:val="1"/>
          <w:sz w:val="17"/>
          <w:szCs w:val="17"/>
          <w:rtl w:val="0"/>
        </w:rPr>
        <w:t xml:space="preserve"> </w:t>
      </w:r>
      <w:r w:rsidDel="00000000" w:rsidR="00000000" w:rsidRPr="00000000">
        <w:rPr>
          <w:sz w:val="17"/>
          <w:szCs w:val="17"/>
          <w:rtl w:val="0"/>
        </w:rPr>
        <w:t xml:space="preserve">- A meeting intelligence platform for teams. It's a personal project to understand more how to build a product as a solo. </w:t>
      </w:r>
      <w:r w:rsidDel="00000000" w:rsidR="00000000" w:rsidRPr="00000000">
        <w:rPr>
          <w:i w:val="1"/>
          <w:iCs w:val="1"/>
          <w:sz w:val="17"/>
          <w:szCs w:val="17"/>
          <w:rtl w:val="0"/>
        </w:rPr>
        <w:t xml:space="preserve">[Elixir, Phoenix LiveView, Wsabi, Ecto, PostgreSQL, Oban, Meeting Providers]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sz w:val="17"/>
          <w:szCs w:val="17"/>
        </w:rPr>
      </w:pPr>
      <w:r w:rsidDel="00000000" w:rsidR="00000000" w:rsidRPr="00000000">
        <w:rPr>
          <w:b w:val="1"/>
          <w:bCs w:val="1"/>
          <w:sz w:val="17"/>
          <w:szCs w:val="17"/>
          <w:rtl w:val="0"/>
        </w:rPr>
        <w:t xml:space="preserve">Aplicar</w:t>
      </w:r>
      <w:r w:rsidDel="00000000" w:rsidR="00000000" w:rsidRPr="00000000">
        <w:rPr>
          <w:b w:val="1"/>
          <w:bCs w:val="1"/>
          <w:i w:val="1"/>
          <w:iCs w:val="1"/>
          <w:sz w:val="17"/>
          <w:szCs w:val="17"/>
          <w:rtl w:val="0"/>
        </w:rPr>
        <w:t xml:space="preserve"> </w:t>
      </w:r>
      <w:r w:rsidDel="00000000" w:rsidR="00000000" w:rsidRPr="00000000">
        <w:rPr>
          <w:sz w:val="17"/>
          <w:szCs w:val="17"/>
          <w:rtl w:val="0"/>
        </w:rPr>
        <w:t xml:space="preserve">(</w:t>
      </w:r>
      <w:hyperlink r:id="rId13">
        <w:r w:rsidDel="00000000" w:rsidR="00000000" w:rsidRPr="00000000">
          <w:rPr>
            <w:color w:val="1155cc"/>
            <w:sz w:val="17"/>
            <w:szCs w:val="17"/>
            <w:u w:val="single"/>
            <w:rtl w:val="0"/>
          </w:rPr>
          <w:t xml:space="preserve">https://www.aplicar.io</w:t>
        </w:r>
      </w:hyperlink>
      <w:r w:rsidDel="00000000" w:rsidR="00000000" w:rsidRPr="00000000">
        <w:rPr>
          <w:sz w:val="17"/>
          <w:szCs w:val="17"/>
          <w:rtl w:val="0"/>
        </w:rPr>
        <w:t xml:space="preserve">) - </w:t>
      </w:r>
      <w:r w:rsidDel="00000000" w:rsidR="00000000" w:rsidRPr="00000000">
        <w:rPr>
          <w:sz w:val="18"/>
          <w:szCs w:val="18"/>
          <w:rtl w:val="0"/>
        </w:rPr>
        <w:t xml:space="preserve">B2B/B2C EdTech marketplace focused on international student recruitment and admissions. </w:t>
      </w:r>
      <w:r w:rsidDel="00000000" w:rsidR="00000000" w:rsidRPr="00000000">
        <w:rPr>
          <w:i w:val="1"/>
          <w:iCs w:val="1"/>
          <w:sz w:val="17"/>
          <w:szCs w:val="17"/>
          <w:rtl w:val="0"/>
        </w:rPr>
        <w:t xml:space="preserve">[Elixir, Phoenix LiveView, S3, Pub/Sub, Ecto, PostgreSQL, Oban]</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i w:val="1"/>
          <w:iCs w:val="1"/>
          <w:sz w:val="17"/>
          <w:szCs w:val="17"/>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Picsello </w:t>
      </w:r>
      <w:r w:rsidDel="00000000" w:rsidR="00000000" w:rsidRPr="00000000">
        <w:rPr>
          <w:i w:val="0"/>
          <w:iCs w:val="0"/>
          <w:smallCaps w:val="0"/>
          <w:strike w:val="0"/>
          <w:color w:val="000000"/>
          <w:sz w:val="17"/>
          <w:szCs w:val="17"/>
          <w:u w:val="none"/>
          <w:shd w:fill="auto" w:val="clear"/>
          <w:vertAlign w:val="baseline"/>
          <w:rtl w:val="0"/>
        </w:rPr>
        <w:t xml:space="preserve">(</w:t>
      </w:r>
      <w:hyperlink r:id="rId14">
        <w:r w:rsidDel="00000000" w:rsidR="00000000" w:rsidRPr="00000000">
          <w:rPr>
            <w:i w:val="0"/>
            <w:iCs w:val="0"/>
            <w:smallCaps w:val="0"/>
            <w:strike w:val="0"/>
            <w:color w:val="1155cc"/>
            <w:sz w:val="17"/>
            <w:szCs w:val="17"/>
            <w:u w:val="single"/>
            <w:shd w:fill="auto" w:val="clear"/>
            <w:vertAlign w:val="baseline"/>
            <w:rtl w:val="0"/>
          </w:rPr>
          <w:t xml:space="preserve">https://www.picsello.com</w:t>
        </w:r>
      </w:hyperlink>
      <w:r w:rsidDel="00000000" w:rsidR="00000000" w:rsidRPr="00000000">
        <w:rPr>
          <w:i w:val="0"/>
          <w:iCs w:val="0"/>
          <w:smallCaps w:val="0"/>
          <w:strike w:val="0"/>
          <w:color w:val="000000"/>
          <w:sz w:val="17"/>
          <w:szCs w:val="17"/>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Photography SaaS with booking, Stripe payments, galleries, resumable/background uploads, and watermark workflows at high file volume.</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LiveView, GCS, GCP Pub/Sub, Broadway, Ecto, PostgreSQL, Oban]</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Appeo</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Multi-tenant payroll/project/task-board application with generated slips and company workflows.</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LiveView, Ecto, PostgreSQL]</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Print Simple </w:t>
      </w:r>
      <w:r w:rsidDel="00000000" w:rsidR="00000000" w:rsidRPr="00000000">
        <w:rPr>
          <w:i w:val="0"/>
          <w:iCs w:val="0"/>
          <w:smallCaps w:val="0"/>
          <w:strike w:val="0"/>
          <w:color w:val="000000"/>
          <w:sz w:val="17"/>
          <w:szCs w:val="17"/>
          <w:u w:val="none"/>
          <w:shd w:fill="auto" w:val="clear"/>
          <w:vertAlign w:val="baseline"/>
          <w:rtl w:val="0"/>
        </w:rPr>
        <w:t xml:space="preserve">(</w:t>
      </w:r>
      <w:hyperlink r:id="rId15">
        <w:r w:rsidDel="00000000" w:rsidR="00000000" w:rsidRPr="00000000">
          <w:rPr>
            <w:i w:val="0"/>
            <w:iCs w:val="0"/>
            <w:smallCaps w:val="0"/>
            <w:strike w:val="0"/>
            <w:color w:val="1155cc"/>
            <w:sz w:val="17"/>
            <w:szCs w:val="17"/>
            <w:u w:val="single"/>
            <w:shd w:fill="auto" w:val="clear"/>
            <w:vertAlign w:val="baseline"/>
            <w:rtl w:val="0"/>
          </w:rPr>
          <w:t xml:space="preserve">https://printsimple.com</w:t>
        </w:r>
      </w:hyperlink>
      <w:r w:rsidDel="00000000" w:rsidR="00000000" w:rsidRPr="00000000">
        <w:rPr>
          <w:i w:val="0"/>
          <w:iCs w:val="0"/>
          <w:smallCaps w:val="0"/>
          <w:strike w:val="0"/>
          <w:color w:val="000000"/>
          <w:sz w:val="17"/>
          <w:szCs w:val="17"/>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Aggregation service exposing one interface across multiple stores for product ordering.</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LiveView, Ecto, PostgreSQL]</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MBT</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Mortgage-lender/property application.</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GraphQL/Absinthe, Ecto, PostgreSQL]</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F_Maldives</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Marketplace application with Upwork-style workflows.</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REST, Ecto, PostgreSQL, React]</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Nuton</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Education platform with Stack Overflow-style Q&amp;A and single/multiplayer quiz gamification.</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REST, Ecto, PostgreSQL, React]</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Campus</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Education-domain management and payroll system.</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REST, Ecto, PostgreSQL]</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1"/>
          <w:iCs w:val="1"/>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Todo / FB_Bot / Credit_Approval</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Earlier Phoenix projects covering Trello-style lists/cards, Messenger automation, and data-driven credit approval.</w:t>
      </w:r>
      <w:r w:rsidDel="00000000" w:rsidR="00000000" w:rsidRPr="00000000">
        <w:rPr>
          <w:rFonts w:ascii="Arial" w:cs="Arial" w:eastAsia="Arial" w:hAnsi="Arial"/>
          <w:b w:val="0"/>
          <w:bCs w:val="0"/>
          <w:i w:val="1"/>
          <w:iCs w:val="1"/>
          <w:smallCaps w:val="0"/>
          <w:strike w:val="0"/>
          <w:color w:val="000000"/>
          <w:sz w:val="17"/>
          <w:szCs w:val="17"/>
          <w:u w:val="none"/>
          <w:shd w:fill="auto" w:val="clear"/>
          <w:vertAlign w:val="baseline"/>
          <w:rtl w:val="0"/>
        </w:rPr>
        <w:t xml:space="preserve"> [Elixir, Phoenix, LiveView, Ecto, Facebook APIs]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i w:val="1"/>
          <w:iCs w:val="1"/>
          <w:sz w:val="17"/>
          <w:szCs w:val="17"/>
        </w:rPr>
      </w:pPr>
      <w:r w:rsidDel="00000000" w:rsidR="00000000" w:rsidRPr="00000000">
        <w:rPr>
          <w:rtl w:val="0"/>
        </w:rPr>
      </w:r>
    </w:p>
    <w:p w:rsidR="00000000" w:rsidDel="00000000" w:rsidP="00000000" w:rsidRDefault="00000000" w:rsidRPr="00000000" w14:paraId="0000004E">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EDUCATION</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University of Education, Lahore</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 - Bachelor in Information Technology, CGPA 3.32 | Sep 2014 - Sep 2018</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sz w:val="17"/>
          <w:szCs w:val="17"/>
        </w:rPr>
      </w:pPr>
      <w:r w:rsidDel="00000000" w:rsidR="00000000" w:rsidRPr="00000000">
        <w:rPr>
          <w:rtl w:val="0"/>
        </w:rPr>
      </w:r>
    </w:p>
    <w:p w:rsidR="00000000" w:rsidDel="00000000" w:rsidP="00000000" w:rsidRDefault="00000000" w:rsidRPr="00000000" w14:paraId="00000051">
      <w:pPr>
        <w:keepNext w:val="1"/>
        <w:keepLines w:val="0"/>
        <w:pageBreakBefore w:val="0"/>
        <w:widowControl w:val="1"/>
        <w:pBdr>
          <w:top w:space="0" w:sz="0" w:val="nil"/>
          <w:left w:space="0" w:sz="0" w:val="nil"/>
          <w:bottom w:color="b7b7b7" w:space="1" w:sz="5" w:val="single"/>
          <w:right w:space="0" w:sz="0" w:val="nil"/>
          <w:between w:space="0" w:sz="0" w:val="nil"/>
        </w:pBdr>
        <w:shd w:fill="auto" w:val="clear"/>
        <w:spacing w:after="60" w:before="12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ADDITIONAL</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Languages: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English, Urdu</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Honor: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Best student in Mathematics during school year</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7"/>
          <w:szCs w:val="17"/>
          <w:u w:val="none"/>
          <w:shd w:fill="auto" w:val="clear"/>
          <w:vertAlign w:val="baseline"/>
          <w:rtl w:val="0"/>
        </w:rPr>
        <w:t xml:space="preserve">Writing: </w:t>
      </w:r>
      <w:r w:rsidDel="00000000" w:rsidR="00000000" w:rsidRPr="00000000">
        <w:rPr>
          <w:rFonts w:ascii="Arial" w:cs="Arial" w:eastAsia="Arial" w:hAnsi="Arial"/>
          <w:b w:val="0"/>
          <w:bCs w:val="0"/>
          <w:i w:val="0"/>
          <w:iCs w:val="0"/>
          <w:smallCaps w:val="0"/>
          <w:strike w:val="0"/>
          <w:color w:val="000000"/>
          <w:sz w:val="17"/>
          <w:szCs w:val="17"/>
          <w:u w:val="none"/>
          <w:shd w:fill="auto" w:val="clear"/>
          <w:vertAlign w:val="baseline"/>
          <w:rtl w:val="0"/>
        </w:rPr>
        <w:t xml:space="preserve">Published a technical article on resumable file uploading in Phoenix LiveView - </w:t>
      </w:r>
      <w:hyperlink r:id="rId16">
        <w:r w:rsidDel="00000000" w:rsidR="00000000" w:rsidRPr="00000000">
          <w:rPr>
            <w:rFonts w:ascii="Arial" w:cs="Arial" w:eastAsia="Arial" w:hAnsi="Arial"/>
            <w:b w:val="0"/>
            <w:bCs w:val="0"/>
            <w:i w:val="0"/>
            <w:iCs w:val="0"/>
            <w:smallCaps w:val="0"/>
            <w:strike w:val="0"/>
            <w:color w:val="0563c1"/>
            <w:sz w:val="19"/>
            <w:szCs w:val="19"/>
            <w:u w:val="none"/>
            <w:shd w:fill="auto" w:val="clear"/>
            <w:vertAlign w:val="baseline"/>
            <w:rtl w:val="0"/>
          </w:rPr>
          <w:t xml:space="preserve">dev.to article</w:t>
        </w:r>
      </w:hyperlink>
      <w:r w:rsidDel="00000000" w:rsidR="00000000" w:rsidRPr="00000000">
        <w:rPr>
          <w:rtl w:val="0"/>
        </w:rPr>
      </w:r>
    </w:p>
    <w:sectPr>
      <w:footerReference r:id="rId17" w:type="default"/>
      <w:pgSz w:h="15840" w:w="12240" w:orient="portrait"/>
      <w:pgMar w:bottom="648" w:top="691" w:left="835" w:right="835" w:header="288"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828282"/>
        <w:sz w:val="15"/>
        <w:szCs w:val="15"/>
        <w:u w:val="none"/>
        <w:shd w:fill="auto" w:val="clear"/>
        <w:vertAlign w:val="baseline"/>
        <w:rtl w:val="0"/>
      </w:rPr>
      <w:t xml:space="preserve">Uzair Aslam | Senior Software Engineer</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19"/>
        <w:szCs w:val="19"/>
        <w:lang w:val="en"/>
      </w:rPr>
    </w:rPrDefault>
    <w:pPrDefault>
      <w:pPr>
        <w:spacing w:after="50" w:line="245"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ection" w:customStyle="1">
    <w:name w:val="Section"/>
    <w:pPr>
      <w:spacing w:after="60" w:before="120"/>
    </w:pPr>
    <w:rPr>
      <w:rFonts w:ascii="Arial" w:eastAsia="Arial" w:hAnsi="Arial"/>
      <w:b w:val="1"/>
      <w:sz w:val="21"/>
    </w:rPr>
  </w:style>
  <w:style w:type="paragraph" w:styleId="JobHeader" w:customStyle="1">
    <w:name w:val="JobHeader"/>
    <w:pPr>
      <w:spacing w:after="24" w:before="80" w:line="240" w:lineRule="auto"/>
    </w:pPr>
    <w:rPr>
      <w:rFonts w:ascii="Arial" w:eastAsia="Arial" w:hAnsi="Arial"/>
      <w:sz w:val="20"/>
    </w:rPr>
  </w:style>
  <w:style w:type="paragraph" w:styleId="JobDesc" w:customStyle="1">
    <w:name w:val="JobDesc"/>
    <w:pPr>
      <w:spacing w:after="24" w:before="0" w:line="240" w:lineRule="auto"/>
    </w:pPr>
    <w:rPr>
      <w:rFonts w:ascii="Arial" w:eastAsia="Arial" w:hAnsi="Arial"/>
      <w:sz w:val="18"/>
    </w:rPr>
  </w:style>
  <w:style w:type="paragraph" w:styleId="Stack" w:customStyle="1">
    <w:name w:val="Stack"/>
    <w:pPr>
      <w:spacing w:after="40" w:before="0" w:line="240" w:lineRule="auto"/>
    </w:pPr>
    <w:rPr>
      <w:rFonts w:ascii="Arial" w:eastAsia="Arial" w:hAnsi="Arial"/>
      <w:sz w:val="17"/>
    </w:rPr>
  </w:style>
  <w:style w:type="paragraph" w:styleId="Compact" w:customStyle="1">
    <w:name w:val="Compact"/>
    <w:pPr>
      <w:spacing w:after="26" w:before="0" w:line="240" w:lineRule="auto"/>
    </w:pPr>
    <w:rPr>
      <w:rFonts w:ascii="Arial" w:eastAsia="Arial" w:hAnsi="Arial"/>
      <w:sz w:val="17"/>
    </w:rPr>
  </w:style>
  <w:style w:type="paragraph" w:styleId="ResumeBullet" w:customStyle="1">
    <w:name w:val="ResumeBullet"/>
    <w:pPr>
      <w:spacing w:after="28" w:line="240" w:lineRule="auto"/>
      <w:ind w:left="230" w:hanging="144"/>
    </w:pPr>
    <w:rPr>
      <w:rFonts w:ascii="Arial" w:eastAsia="Arial" w:hAnsi="Arial"/>
      <w:sz w:val="18"/>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1" Type="http://schemas.openxmlformats.org/officeDocument/2006/relationships/hyperlink" Target="https://jump.ai" TargetMode="External"/><Relationship Id="rId10" Type="http://schemas.openxmlformats.org/officeDocument/2006/relationships/hyperlink" Target="https://askpakistan.org" TargetMode="External"/><Relationship Id="rId13" Type="http://schemas.openxmlformats.org/officeDocument/2006/relationships/hyperlink" Target="https://www.aplicar.io" TargetMode="External"/><Relationship Id="rId12" Type="http://schemas.openxmlformats.org/officeDocument/2006/relationships/hyperlink" Target="https://clariex.a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x.com/uzairaslam_" TargetMode="External"/><Relationship Id="rId15" Type="http://schemas.openxmlformats.org/officeDocument/2006/relationships/hyperlink" Target="https://printsimple.com" TargetMode="External"/><Relationship Id="rId14" Type="http://schemas.openxmlformats.org/officeDocument/2006/relationships/hyperlink" Target="https://www.picsello.com" TargetMode="External"/><Relationship Id="rId17" Type="http://schemas.openxmlformats.org/officeDocument/2006/relationships/footer" Target="footer1.xml"/><Relationship Id="rId16" Type="http://schemas.openxmlformats.org/officeDocument/2006/relationships/hyperlink" Target="https://dev.to/uzairaslam196/resumable-uploading-of-files-in-live-view-phoenixelixirjs-128p"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inkedin.com/in/uzair-aslam121/" TargetMode="External"/><Relationship Id="rId8" Type="http://schemas.openxmlformats.org/officeDocument/2006/relationships/hyperlink" Target="https://github.com/uzairaslam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OO8xlWwoxdDjlDGP1uXWJybjg==">CgMxLjA4AHIhMXoyTGZXMnNOZGVpU2pXRXYxNGptNGUya05UUF8tOU5p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Uzair Aslam</dc:creator>
</cp:coreProperties>
</file>